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סקרנות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"סקרנות"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🔍 סקרנות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שׁוֹאֲלִים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סקרנות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🔍 ❓ 💡  משפט השבוע: שׁוֹאֲלִים, בּוֹדְקִים וּמְגַלִּים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מַמְצִיאִים  |  לְהִתְגָּאוֹת  |  שׁוֹאֲלִים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"שׁוֹאֲלִים, בּוֹדְקִים וּמְגַלִּים"?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🔍 סקרנות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🎨 יצירתיות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לגלות משהו חדש על חבר או חברה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לשאול כל יום שאלה אחת חדשה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________, בּוֹדְקִים וּמְגַלִּים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על מה הייתם רוצים לדעת עוד?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לשאול כל יום שאלה אחת חדשה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סקרנות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