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סקרנות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"סקרנות"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לגלות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question / вопрос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to discover / открывать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new / новый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why / почему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חדש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סקרנות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סקרנות זה לרצות לדעת. שואלים שאלות ומגלים דברים חדשים.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question · вопрос · ጥያቄ · سؤال · question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לגלות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discover · открывать · ማግኘት · يكتشف · découvrir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חדש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new · новый · አዲስ · جديد · nouveau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why · почему · ለምን · لماذا · pourquoi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שאלה  |  לגלות  |  חדש  |  למה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to discover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חדש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לגלות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שאלה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why / почему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לגלות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to discover / открывать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חדש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new / новый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question / вопрос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סקרנות זה לרצות לדעת. שואלים שאלות ומגלים דברים ________ים.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"שאלה".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על מה הייתם רוצים לדעת עוד?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לשאול כל יום שאלה אחת חדשה / לגלות משהו חדש על חבר או חברה)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סקרנות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