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יצירתיות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"יצירתיות"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ניסינו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99 ועוד 99 חלקי 99 (99+1=100)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🎨 יצירתיות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יצירתיות – היכולת לדמיין, להמציא ולמצוא דרכים חדשות ומקוריות לעשות דברים.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בפרויקט קבוצתי, רוב הקבוצה רצתה להכין שוב מצגת, כמו תמיד. אדל הציעה להציג את הנושא כתוכנית רדיו קצרה. בהתחלה צחקו, ואז כל אחד מצא תפקיד: קריין, מראיינת, מומחה מומצא. זו הייתה ההצגה שכולם זכרו.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לפעמים צוחקים על רעיון חדש לפני שמנסים אותו?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לתת לכל רעיון בקבוצה הזדמנות?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האם יצירתיות היא כישרון שנולדים איתו או מיומנות שמתרגלים?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"יצירתיות"?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למצוא דרך חדשה ללמוד חומר שקשה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להפוך חפץ ישן למשהו שימושי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להציע רעיון לא שגרתי בעבודה קבוצתית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להכיר בכוחות שלנו בלי להתנשא, ולהשאיר מקום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לטבע, לאוויר, למים ולמקום שבו אנחנו חיים, היום ולמען הדורות הבאים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"אין רעיון קטן מדי – יש רק רעיון שעוד לא ________"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איך כותבים את המספר 100 בעזרת שש ספרות 9 בלבד?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למצוא דרך חדשה ללמוד חומר שקשה לי · להפוך חפץ ישן למשהו שימושי · להציע רעיון לא שגרתי בעבודה קבוצתית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הדמיון שלי?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הראו או תארו משהו שיצרתם או המצאתם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יצירתיות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