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יצירתיות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"יצירתיות"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ניסינו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עיפרון צבעוני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🎨 יצירתיות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יצירתיות – היכולת לדמיין, להמציא ולמצוא דרכים חדשות ומקוריות לעשות דברים.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הכיתה הייתה צריכה להכין קישוט לחג, אבל נגמר הנייר הצבעוני. טל הציע להשתמש בקופסאות ביצים ובפקקים מהבית. אחרי יומיים עמד על הקיר פרח ענק וצבעוני, וכולם שאלו מי המציא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אפשר לעשות כשחסר לנו חומר או כלי?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רעיון שלכם הפתיע פעם אחרים?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"יצירתיות"?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להמציא משחק חדש עם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או לבנות משהו שלא היה לפני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סיפור עם סוף מפתיע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להכיר בכוחות שלנו בלי להתנשא, ולהשאיר מקום גם לאחרים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"אין רעיון קטן מדי – יש רק רעיון שעוד לא ________"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הולכת ממקום למקום על הדף ומשאירה אחריי צבע, ובכל פעם שמחדדים אותי אני נעשית קצרה יותר.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לצייר או לבנות משהו שלא היה לפני · להמציא משחק חדש עם חברים · לספר סיפור עם סוף מפתיע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הדמיון שלי?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הראו או תארו משהו שיצרתם או המצאתם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יצירתיות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